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ט׳: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בשלוש רמות קושי על פני סוגות שונות: כתבה, טור דעה, סיפור קצר, ראיון וטקסט מידעי-מדעי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(פתיחה, גוף, סיכום) ולהבחין בין עובדה, דעה וטיעון מנומק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ומושגים מתחומי התוכן: טכנולוגיה, סביבה, זהות ושפה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ותמציתית בהתבסס על הטקסט, כהכנה למשימות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טכנולוגיה ורשת: בין הזדמנות לסכנה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מוצג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חופש הביטוי הוא זכות של כל אדם, לפי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טכנולוגיה ורשת: בין הזדמנות לסכנה – 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טכנולוגיה ורשת: בין הזדמנות לסכנה – זיהוי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 שיודע לעבוד איתן ייהנה מיתרון בשוק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שהיכולת לחשוב ולפתור בעיות לבד תיחלש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טכנולוגיה ורשת: בין הזדמנות לסכנה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(תוכנה שיודעת לכתוב, לסכם ולתרגם 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(הזכות של כל אדם להביע דעה ורגשות)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(כינוי לרשת, מקום שבו כולם יכולים להשמיע קול)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(היכולת לחשוב, לפתור בעיות ולהביע דעה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עתיד ובחירות: מגמה, שירות ועבודת חקר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הנושא היה רחב מדי לשאלת חקר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עתיד ובחירות: מגמה, שירות ועבודת חקר – עובדות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אומרת שמגמה היא תחנה ראשונה במסע ארוך, לא תחנה סופית.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חקר טובה דורשת איסוף מידע, בדיקה והסקת מסקנות, ואין לה תשובה מוכנה.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עתיד ובחירות: מגמה, שירות ועבודת חקר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עתיד ובחירות: מגמה, שירות ועבודת חקר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(הרגיש שהוא "חותם על החיים שלו" מול הטופס)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(ביקשה לשבת בשיעור של כל מגמה שעניינה אותה)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(חקר את השפעת תאורת הרחוב על ראיית כוכבים)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(חקרה מנהגים משפחתיים שעברו בין דורות)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4 · חברה ומעורבות: לקחת אחריות ולהשפיע – הכרות עם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חברה ומעורבות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חברה ומעורבות: לקחת אחריות ולהשפיע – דעה מול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מסווג הטקסט באתר, לפי סוגו ונושאו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ליה מספרת שזה הרגע שבו הבינה שלמילים יש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חברה ומעורבות: לקחת אחריות ולהשפיע – התאמה וזיהוי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(טור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(טור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(ראיון)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חברה ומעורבות: לקחת אחריות ולהשפיע – חשיבה על עמדת הכותב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6 · זהות ותרבות: שפה, מסורת ושאלות גדולות – הבנה והיכרות עם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סלנג הוא שפה לא רשמית שמשמשת קבוצה מסוימת, כמו בני נוער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מציין שהמילה מקורה בערבית והפכה לחלק מהעברית היומיומית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6 · זהות ותרבות: שפה, מסורת ושאלות גדולות – זיהוי והבנת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לסמן שייכות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בכניסה למקדש ביוון העתיקה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זהות ותרבות: שפה, מסורת ושאלות גדולות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זהות ותרבות: שפה, מסורת ושאלות גדולות – התאמת מילים ומשמעויות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(קיצור ל"בהצ'")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(משמעות חדשה: מצוין)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(משמעות חדשה: אוהב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(מילה שמקורה בערבית)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ברירה ממגוון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השריר המחשבתי נחלש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מיכל דרור, יועצת השכבה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אפקט החממה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חיבור בין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ציפייה לקישור בין גמישות בבחירת מגמה לבין נכונות ללמוד טכנולוגיה חדשה, מתוך הבנה ששני התחומים דורשים פתיחות ולמידה מתמשכת.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פתוחה: שני משפטי סיכום מדויקים, כל אחד מתייחס לנושא שונה ומבוסס על תוכן הטקסטים שנלמדו.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משפט עובדתי לעומת משפט שמביע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שנוסחה ניתנת לבדיקה ואינה רחבה מדי (כמו הדוגמה 'אור בלילה')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הציטוט קצר (עד 8 מילים), רלוונטי ומנוסח במירכאות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ללמד פרק אחד בכל שיעור, ולסיים כל פרק בדיון קצר על הקשר בין הטקסטים לחיי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במסלול חנ״מ מומלץ להתמקד בטקסט הקצר ובמחסן המילים לפני המעבר לשאלות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לעולים חדשים כדאי לקרוא את הטקסט בקול יחד ולהשתמש במילון בלחיצה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לשלב בין הפרקים משימת כתיבה קצרה המבוססת על אחד הטקסטים, כהכנה לעבודת החקר של סוף השנה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הבנת הנקרא לכיתה ט׳: טקסטים מהחיים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בכל פרק תמצאו טקסטים מהאתר יחד עם שאלות בשלוש רמות קושי. קראו כל טקסט פעמיים, סמנו מילים לא מוכרות ורק אז ענו על השאלות בעזרת ציטוטים קצרים מהטקסט.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שיעור  ·  מצוין  ·  מחשבון  ·  מקדש  ·  כיכר  ·  שלוש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טכנולוגיה ורשת: בין הזדמנות לסכנה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תומר אבני, שמופיע בטקסט על המכונות החכמות, הוא חוקר חינוך וטכנולוגיה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 על חופש הביטוי, הזכות להביע דעה שייכת רק למבוגרים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טכנולוגיה ורשת: בין הזדמנות לסכנה – 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תומר אבני אמר שהמכונה החכמה היא כמו __________ משוכלל פי אלף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בטקסט על חופש הביטוי, הרשת מתוארת כ"__________ העיר החדשה"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טכנולוגיה ורשת: בין הזדמנות לסכנה – זיהוי טיעונים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הטענה של התומכים בשימוש במכונות חכמות,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לאסור כל שימוש בהן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 שיודע לעבוד איתן ייהנה מיתרון בשוק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הן יחליפו את כל בני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החשש העיקרי שמעלה תומר אבני לגבי שימוש במכונות חכמות?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שהמכונות יקרות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שהיכולת לחשוב ולפתור בעיות לבד תיחלש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שהמכונות יתקלקלו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טכנולוגיה ורשת: בין הזדמנות לסכנה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מכונה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כינוי לרשת, מקום שבו כולם יכולים להשמיע קול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חופש הביטוי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היכולת לחשוב, לפתור בעיות ולהביע דעה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כיכר העיר החדשה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תוכנה שיודעת לכתוב, לסכם ולתרגם 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השריר המחשבתי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הזכות של כל אדם להביע דעה ורגשות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עתיד ובחירות: מגמה, שירות ועבודת חקר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באיזה חודש מקבלים תלמידי כיתה ט׳ את טופס בחירת המגמות,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שינה עמית את שאלת החקר שלו מ"חלל"?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הנושא היה רחב מדי לשאלת חקר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המנחה לא אהבה את נושא החלל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העדיף לחקור מנהגים משפחתיים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עתיד ובחירות: מגמה, שירות ועבודת חקר – עובדות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מיכל דרור, יועצת השכבה, אומרת שמגמה היא תחנה סופית שקובעת את העתיד.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לדברי רינה אלון, שאלת חקר טובה היא כזו שיש לה תשובה מוכנה בחיפוש אחד.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עתיד ובחירות: מגמה, שירות ועבודת חקר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לדברי היועצת, כדאי לשאול לפני בחירת המגמה __________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הדס ביקשה מהרכזת לשבת ב__________ אחד של כל מגמה שעניינה אותה.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עתיד ובחירות: מגמה, שירות ועבודת חקר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איתי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ביקשה לשבת בשיעור של כל מגמה שעניינה אותה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חקרה מנהגים משפחתיים שעברו בין דורות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הרגיש שהוא "חותם על החיים שלו" מול הטופס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חקר את השפעת תאורת הרחוב על ראיית כוכבים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4 · חברה ומעורבות: לקחת אחריות ולהשפיע – הכרות עם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הוא "שעות חובה – או שעות של לב?"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נושא עוסק הטקסט "אפשר לחשוב אחרת ולהישאר חברים"?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טכנולוגיה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חברה ומעורבות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סביבה וצרכנות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חברה ומעורבות: לקחת אחריות ולהשפיע – דעה מול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"אפשר לדבר על זה": נוער שובר את השתיקה הוא כתבה בנושא נפש ורגש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אחרי פרסום הכתבה של ליה על הקפיטריה, הוסיפו סלטים לתפריט בית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חברה ומעורבות: לקחת אחריות ולהשפיע – התאמה וזיהוי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שעות חובה – או שעות של לב?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אפשר לחשוב אחרת ולהישאר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"אפשר לדבר על זה": נוער שובר את השתיקה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טור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כתבת נוער זה לא תחביב – זו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טור 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חברה ומעורבות: לקחת אחריות ולהשפיע – חשיבה על עמדת הכותב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6 · זהות ותרבות: שפה, מסורת ושאלות גדולות – הבנה והיכרות עם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סלנג הוא שם אחר לעברית התקנית והרשמית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"סבבה" מקורה בשפה הערבית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6 · זהות ותרבות: שפה, מסורת ושאלות גדולות – זיהוי והבנת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בני נוער נוטים להמציא סלנג משלהם,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כדי לסמן שייכות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אינם יודעים עברית תקנית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המורים מבקשים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היכן, לפי המסורת, נחקקה הקריאה "דע את עצמך"?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בכניסה למקדש ביוון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בספר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בבית ספר מודרני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6 · זהות ותרבות: שפה, מסורת ושאלות גדולות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בסלנג של בני נוער, המילה "מטורף" משמשת לרוב במשמעות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הקריאה "דע את עצמך" נחקקה לפי המסורת בכניסה ל__________ ביוון העתיקה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6 · זהות ותרבות: שפה, מסורת ושאלות גדולות – התאמת מילים ומשמעויות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בהצלחה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משמעות חדשה: מצוין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מטורף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משמעות חדשה: אוהב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חולה 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שמקורה בערבית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סבבה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קיצור ל"בהצ'"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שאלות ברירה ממגוון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לדברי תומר אבני, מה קורה כשמפסיקים להתאמץ לחשוב 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השריר המחשבתי נחלש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הזיכרון משתפר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הכתיבה נעשית מהירה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אמרה את המשפט 'מגמה היא תחנה, לא תחנה סופית'?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הדס, תלמידת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מיכל דרור, יועצת השכבה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איתי, תלמיד ט׳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התהליך הטבעי שבו גזים באטמוספרה לוכדים חום?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אפקט החממה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מהפכה תעשייתית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שיטפון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חיבור בין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בטקסט על מכונות חכמות נכתב שמי שידע לעבוד איתן בתבונה ייהנה מיתרון. בטקסט על מגמות נכתב שמגמה היא 'תחנה, לא גורל'. כתבו 2–3 משפטים: איך שני הרעיונות האלה יכולים לעזור לכם לחשוב על העתיד שלכם?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שניים מתוך הנושאים: טכנולוגיה, עתיד ובחירות, חברה ומעורבות, סביבה, זהות ותרבות. כתבו לכל אחד משפט אחד שמסכם מה הטקסטים בנושא הזה לימדו אתכם.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להבחין בין עובדה לדעה בטקסט שקראתי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יכול/ה לנסח שאלת חקר ממוקדת בעקבות טקסט מידעי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הבנת הנקרא לכיתה ט׳: טקסטים מהחיים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